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ulatelogo(9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60"/>
        <w:jc w:val="center"/>
      </w:pPr>
      <w:r>
        <w:rPr>
          <w:rFonts w:ascii="Calibri" w:hAnsi="Calibri"/>
          <w:b/>
          <w:color w:val="20477F"/>
          <w:sz w:val="48"/>
        </w:rPr>
        <w:t>Členové školního parlamentu</w:t>
      </w:r>
    </w:p>
    <w:p>
      <w:pPr>
        <w:spacing w:after="260"/>
        <w:jc w:val="center"/>
      </w:pPr>
      <w:r>
        <w:rPr>
          <w:color w:val="20477F"/>
          <w:sz w:val="26"/>
        </w:rPr>
        <w:t>Školní rok 2026–2027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7200"/>
        <w:gridCol w:w="1701"/>
      </w:tblGrid>
      <w:tr>
        <w:trPr>
          <w:tblHeader/>
        </w:trPr>
        <w:tc>
          <w:tcPr>
            <w:tcW w:type="dxa" w:w="737"/>
            <w:vAlign w:val="center"/>
            <w:shd w:fill="20477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Č.</w:t>
            </w:r>
          </w:p>
        </w:tc>
        <w:tc>
          <w:tcPr>
            <w:tcW w:type="dxa" w:w="7200"/>
            <w:vAlign w:val="center"/>
            <w:shd w:fill="20477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Příjmení a jméno</w:t>
            </w:r>
          </w:p>
        </w:tc>
        <w:tc>
          <w:tcPr>
            <w:tcW w:type="dxa" w:w="1701"/>
            <w:vAlign w:val="center"/>
            <w:shd w:fill="20477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Třída</w:t>
            </w:r>
          </w:p>
        </w:tc>
      </w:tr>
      <w:tr>
        <w:tc>
          <w:tcPr>
            <w:tcW w:type="dxa" w:w="737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1.</w:t>
            </w:r>
          </w:p>
        </w:tc>
        <w:tc>
          <w:tcPr>
            <w:tcW w:type="dxa" w:w="7200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Kusáková Adéla</w:t>
            </w:r>
          </w:p>
        </w:tc>
        <w:tc>
          <w:tcPr>
            <w:tcW w:type="dxa" w:w="1701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3.A</w:t>
            </w:r>
          </w:p>
        </w:tc>
      </w:tr>
      <w:tr>
        <w:tc>
          <w:tcPr>
            <w:tcW w:type="dxa" w:w="737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2.</w:t>
            </w:r>
          </w:p>
        </w:tc>
        <w:tc>
          <w:tcPr>
            <w:tcW w:type="dxa" w:w="7200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Mihal Štěpán</w:t>
            </w:r>
          </w:p>
        </w:tc>
        <w:tc>
          <w:tcPr>
            <w:tcW w:type="dxa" w:w="1701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3.B</w:t>
            </w:r>
          </w:p>
        </w:tc>
      </w:tr>
      <w:tr>
        <w:tc>
          <w:tcPr>
            <w:tcW w:type="dxa" w:w="737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3.</w:t>
            </w:r>
          </w:p>
        </w:tc>
        <w:tc>
          <w:tcPr>
            <w:tcW w:type="dxa" w:w="7200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Macháčková Mariana</w:t>
            </w:r>
          </w:p>
        </w:tc>
        <w:tc>
          <w:tcPr>
            <w:tcW w:type="dxa" w:w="1701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3.B</w:t>
            </w:r>
          </w:p>
        </w:tc>
      </w:tr>
      <w:tr>
        <w:tc>
          <w:tcPr>
            <w:tcW w:type="dxa" w:w="737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4.</w:t>
            </w:r>
          </w:p>
        </w:tc>
        <w:tc>
          <w:tcPr>
            <w:tcW w:type="dxa" w:w="7200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Mahdal Damián</w:t>
            </w:r>
          </w:p>
        </w:tc>
        <w:tc>
          <w:tcPr>
            <w:tcW w:type="dxa" w:w="1701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4.A</w:t>
            </w:r>
          </w:p>
        </w:tc>
      </w:tr>
      <w:tr>
        <w:tc>
          <w:tcPr>
            <w:tcW w:type="dxa" w:w="737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5.</w:t>
            </w:r>
          </w:p>
        </w:tc>
        <w:tc>
          <w:tcPr>
            <w:tcW w:type="dxa" w:w="7200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Chromečková Nina</w:t>
            </w:r>
          </w:p>
        </w:tc>
        <w:tc>
          <w:tcPr>
            <w:tcW w:type="dxa" w:w="1701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4.B</w:t>
            </w:r>
          </w:p>
        </w:tc>
      </w:tr>
      <w:tr>
        <w:tc>
          <w:tcPr>
            <w:tcW w:type="dxa" w:w="737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6.</w:t>
            </w:r>
          </w:p>
        </w:tc>
        <w:tc>
          <w:tcPr>
            <w:tcW w:type="dxa" w:w="7200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Kučerová Ella</w:t>
            </w:r>
          </w:p>
        </w:tc>
        <w:tc>
          <w:tcPr>
            <w:tcW w:type="dxa" w:w="1701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4.B</w:t>
            </w:r>
          </w:p>
        </w:tc>
      </w:tr>
      <w:tr>
        <w:tc>
          <w:tcPr>
            <w:tcW w:type="dxa" w:w="737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7.</w:t>
            </w:r>
          </w:p>
        </w:tc>
        <w:tc>
          <w:tcPr>
            <w:tcW w:type="dxa" w:w="7200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Slezák Filip</w:t>
            </w:r>
          </w:p>
        </w:tc>
        <w:tc>
          <w:tcPr>
            <w:tcW w:type="dxa" w:w="1701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6.A</w:t>
            </w:r>
          </w:p>
        </w:tc>
      </w:tr>
      <w:tr>
        <w:tc>
          <w:tcPr>
            <w:tcW w:type="dxa" w:w="737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8.</w:t>
            </w:r>
          </w:p>
        </w:tc>
        <w:tc>
          <w:tcPr>
            <w:tcW w:type="dxa" w:w="7200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Frolková Julie</w:t>
            </w:r>
          </w:p>
        </w:tc>
        <w:tc>
          <w:tcPr>
            <w:tcW w:type="dxa" w:w="1701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5.A</w:t>
            </w:r>
          </w:p>
        </w:tc>
      </w:tr>
      <w:tr>
        <w:tc>
          <w:tcPr>
            <w:tcW w:type="dxa" w:w="737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9.</w:t>
            </w:r>
          </w:p>
        </w:tc>
        <w:tc>
          <w:tcPr>
            <w:tcW w:type="dxa" w:w="7200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Knotková Antonie</w:t>
            </w:r>
          </w:p>
        </w:tc>
        <w:tc>
          <w:tcPr>
            <w:tcW w:type="dxa" w:w="1701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5.A</w:t>
            </w:r>
          </w:p>
        </w:tc>
      </w:tr>
      <w:tr>
        <w:tc>
          <w:tcPr>
            <w:tcW w:type="dxa" w:w="737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10.</w:t>
            </w:r>
          </w:p>
        </w:tc>
        <w:tc>
          <w:tcPr>
            <w:tcW w:type="dxa" w:w="7200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Rajtár Dan</w:t>
            </w:r>
          </w:p>
        </w:tc>
        <w:tc>
          <w:tcPr>
            <w:tcW w:type="dxa" w:w="1701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5.B</w:t>
            </w:r>
          </w:p>
        </w:tc>
      </w:tr>
      <w:tr>
        <w:tc>
          <w:tcPr>
            <w:tcW w:type="dxa" w:w="737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11.</w:t>
            </w:r>
          </w:p>
        </w:tc>
        <w:tc>
          <w:tcPr>
            <w:tcW w:type="dxa" w:w="7200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Kachurovska Viktoriia</w:t>
            </w:r>
          </w:p>
        </w:tc>
        <w:tc>
          <w:tcPr>
            <w:tcW w:type="dxa" w:w="1701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6.B</w:t>
            </w:r>
          </w:p>
        </w:tc>
      </w:tr>
      <w:tr>
        <w:tc>
          <w:tcPr>
            <w:tcW w:type="dxa" w:w="737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12.</w:t>
            </w:r>
          </w:p>
        </w:tc>
        <w:tc>
          <w:tcPr>
            <w:tcW w:type="dxa" w:w="7200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Doran Martin</w:t>
            </w:r>
          </w:p>
        </w:tc>
        <w:tc>
          <w:tcPr>
            <w:tcW w:type="dxa" w:w="1701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6.B</w:t>
            </w:r>
          </w:p>
        </w:tc>
      </w:tr>
      <w:tr>
        <w:tc>
          <w:tcPr>
            <w:tcW w:type="dxa" w:w="737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13.</w:t>
            </w:r>
          </w:p>
        </w:tc>
        <w:tc>
          <w:tcPr>
            <w:tcW w:type="dxa" w:w="7200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Moštěk Ondřej</w:t>
            </w:r>
          </w:p>
        </w:tc>
        <w:tc>
          <w:tcPr>
            <w:tcW w:type="dxa" w:w="1701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7.A</w:t>
            </w:r>
          </w:p>
        </w:tc>
      </w:tr>
      <w:tr>
        <w:tc>
          <w:tcPr>
            <w:tcW w:type="dxa" w:w="737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14.</w:t>
            </w:r>
          </w:p>
        </w:tc>
        <w:tc>
          <w:tcPr>
            <w:tcW w:type="dxa" w:w="7200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Olah Jason</w:t>
            </w:r>
          </w:p>
        </w:tc>
        <w:tc>
          <w:tcPr>
            <w:tcW w:type="dxa" w:w="1701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7.A</w:t>
            </w:r>
          </w:p>
        </w:tc>
      </w:tr>
      <w:tr>
        <w:tc>
          <w:tcPr>
            <w:tcW w:type="dxa" w:w="737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15.</w:t>
            </w:r>
          </w:p>
        </w:tc>
        <w:tc>
          <w:tcPr>
            <w:tcW w:type="dxa" w:w="7200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Dostálová Denisa</w:t>
            </w:r>
          </w:p>
        </w:tc>
        <w:tc>
          <w:tcPr>
            <w:tcW w:type="dxa" w:w="1701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7.B</w:t>
            </w:r>
          </w:p>
        </w:tc>
      </w:tr>
      <w:tr>
        <w:tc>
          <w:tcPr>
            <w:tcW w:type="dxa" w:w="737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16.</w:t>
            </w:r>
          </w:p>
        </w:tc>
        <w:tc>
          <w:tcPr>
            <w:tcW w:type="dxa" w:w="7200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Radostová Johanka</w:t>
            </w:r>
          </w:p>
        </w:tc>
        <w:tc>
          <w:tcPr>
            <w:tcW w:type="dxa" w:w="1701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7.B</w:t>
            </w:r>
          </w:p>
        </w:tc>
      </w:tr>
      <w:tr>
        <w:tc>
          <w:tcPr>
            <w:tcW w:type="dxa" w:w="737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17.</w:t>
            </w:r>
          </w:p>
        </w:tc>
        <w:tc>
          <w:tcPr>
            <w:tcW w:type="dxa" w:w="7200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Súkupová Julie</w:t>
            </w:r>
          </w:p>
        </w:tc>
        <w:tc>
          <w:tcPr>
            <w:tcW w:type="dxa" w:w="1701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7.B</w:t>
            </w:r>
          </w:p>
        </w:tc>
      </w:tr>
      <w:tr>
        <w:tc>
          <w:tcPr>
            <w:tcW w:type="dxa" w:w="737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18.</w:t>
            </w:r>
          </w:p>
        </w:tc>
        <w:tc>
          <w:tcPr>
            <w:tcW w:type="dxa" w:w="7200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Jirásková Karolína</w:t>
            </w:r>
          </w:p>
        </w:tc>
        <w:tc>
          <w:tcPr>
            <w:tcW w:type="dxa" w:w="1701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7.B</w:t>
            </w:r>
          </w:p>
        </w:tc>
      </w:tr>
      <w:tr>
        <w:tc>
          <w:tcPr>
            <w:tcW w:type="dxa" w:w="737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19.</w:t>
            </w:r>
          </w:p>
        </w:tc>
        <w:tc>
          <w:tcPr>
            <w:tcW w:type="dxa" w:w="7200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Kozumplíková Tereza</w:t>
            </w:r>
          </w:p>
        </w:tc>
        <w:tc>
          <w:tcPr>
            <w:tcW w:type="dxa" w:w="1701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8.A</w:t>
            </w:r>
          </w:p>
        </w:tc>
      </w:tr>
      <w:tr>
        <w:tc>
          <w:tcPr>
            <w:tcW w:type="dxa" w:w="737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20.</w:t>
            </w:r>
          </w:p>
        </w:tc>
        <w:tc>
          <w:tcPr>
            <w:tcW w:type="dxa" w:w="7200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Lukášová Sandra</w:t>
            </w:r>
          </w:p>
        </w:tc>
        <w:tc>
          <w:tcPr>
            <w:tcW w:type="dxa" w:w="1701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8.A</w:t>
            </w:r>
          </w:p>
        </w:tc>
      </w:tr>
      <w:tr>
        <w:tc>
          <w:tcPr>
            <w:tcW w:type="dxa" w:w="737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21.</w:t>
            </w:r>
          </w:p>
        </w:tc>
        <w:tc>
          <w:tcPr>
            <w:tcW w:type="dxa" w:w="7200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Jančaříková  Julie</w:t>
            </w:r>
          </w:p>
        </w:tc>
        <w:tc>
          <w:tcPr>
            <w:tcW w:type="dxa" w:w="1701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8.B</w:t>
            </w:r>
          </w:p>
        </w:tc>
      </w:tr>
      <w:tr>
        <w:tc>
          <w:tcPr>
            <w:tcW w:type="dxa" w:w="737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22.</w:t>
            </w:r>
          </w:p>
        </w:tc>
        <w:tc>
          <w:tcPr>
            <w:tcW w:type="dxa" w:w="7200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Kusáková Aneta</w:t>
            </w:r>
          </w:p>
        </w:tc>
        <w:tc>
          <w:tcPr>
            <w:tcW w:type="dxa" w:w="1701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8.B</w:t>
            </w:r>
          </w:p>
        </w:tc>
      </w:tr>
      <w:tr>
        <w:tc>
          <w:tcPr>
            <w:tcW w:type="dxa" w:w="737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23.</w:t>
            </w:r>
          </w:p>
        </w:tc>
        <w:tc>
          <w:tcPr>
            <w:tcW w:type="dxa" w:w="7200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Dostál Michal</w:t>
            </w:r>
          </w:p>
        </w:tc>
        <w:tc>
          <w:tcPr>
            <w:tcW w:type="dxa" w:w="1701"/>
            <w:vAlign w:val="center"/>
            <w:shd w:fill="EDF2F8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9.A</w:t>
            </w:r>
          </w:p>
        </w:tc>
      </w:tr>
      <w:tr>
        <w:tc>
          <w:tcPr>
            <w:tcW w:type="dxa" w:w="737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24.</w:t>
            </w:r>
          </w:p>
        </w:tc>
        <w:tc>
          <w:tcPr>
            <w:tcW w:type="dxa" w:w="7200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left"/>
            </w:pPr>
            <w:r>
              <w:rPr>
                <w:b w:val="0"/>
                <w:color w:val="172C47"/>
                <w:sz w:val="22"/>
              </w:rPr>
              <w:t>Daniel Šimon</w:t>
            </w:r>
          </w:p>
        </w:tc>
        <w:tc>
          <w:tcPr>
            <w:tcW w:type="dxa" w:w="1701"/>
            <w:vAlign w:val="center"/>
            <w:shd w:fill="FFFFFF"/>
            <w:tcMar>
              <w:top w:w="55" w:type="dxa"/>
              <w:bottom w:w="55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 w:val="0"/>
                <w:color w:val="172C47"/>
                <w:sz w:val="22"/>
              </w:rPr>
              <w:t>9.A</w:t>
            </w:r>
          </w:p>
        </w:tc>
      </w:tr>
    </w:tbl>
    <w:p>
      <w:pPr>
        <w:spacing w:before="240"/>
      </w:pPr>
      <w:r>
        <w:rPr>
          <w:b/>
          <w:sz w:val="21"/>
        </w:rPr>
        <w:t xml:space="preserve">Školní koordinátoři: </w:t>
      </w:r>
      <w:r>
        <w:rPr>
          <w:sz w:val="21"/>
        </w:rPr>
        <w:t>Ilona Jurčeková a Oldřiška Kolaříková</w:t>
      </w:r>
    </w:p>
    <w:sectPr w:rsidR="00FC693F" w:rsidRPr="0006063C" w:rsidSect="00034616">
      <w:pgSz w:w="11906" w:h="16838"/>
      <w:pgMar w:top="737" w:right="1134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