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A0932" w14:textId="77777777" w:rsidR="00CF1688" w:rsidRDefault="001B7E49">
      <w:pPr>
        <w:spacing w:after="140"/>
        <w:jc w:val="center"/>
      </w:pPr>
      <w:r>
        <w:rPr>
          <w:noProof/>
        </w:rPr>
        <w:drawing>
          <wp:inline distT="0" distB="0" distL="0" distR="0" wp14:anchorId="53D0DA0B" wp14:editId="0E49C505">
            <wp:extent cx="936000" cy="93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latelogo(9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F8912" w14:textId="77777777" w:rsidR="00CF1688" w:rsidRDefault="001B7E49">
      <w:pPr>
        <w:pStyle w:val="Nzev"/>
        <w:spacing w:after="60"/>
        <w:jc w:val="center"/>
      </w:pPr>
      <w:r>
        <w:rPr>
          <w:rFonts w:ascii="Calibri" w:hAnsi="Calibri"/>
          <w:b/>
          <w:color w:val="20477F"/>
          <w:sz w:val="48"/>
        </w:rPr>
        <w:t>Členové školního parlamentu</w:t>
      </w:r>
    </w:p>
    <w:p w14:paraId="201A6370" w14:textId="77777777" w:rsidR="00CF1688" w:rsidRDefault="001B7E49">
      <w:pPr>
        <w:spacing w:after="260"/>
        <w:jc w:val="center"/>
      </w:pPr>
      <w:r>
        <w:rPr>
          <w:color w:val="20477F"/>
          <w:sz w:val="26"/>
        </w:rPr>
        <w:t>Školní rok 2026–2027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7200"/>
        <w:gridCol w:w="1701"/>
      </w:tblGrid>
      <w:tr w:rsidR="00CF1688" w14:paraId="1E9985D2" w14:textId="77777777">
        <w:trPr>
          <w:tblHeader/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0477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F6588BE" w14:textId="77777777" w:rsidR="00CF1688" w:rsidRDefault="001B7E49">
            <w:pPr>
              <w:jc w:val="center"/>
            </w:pPr>
            <w:r>
              <w:rPr>
                <w:b/>
                <w:color w:val="FFFFFF"/>
              </w:rPr>
              <w:t>Č.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0477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53BBEAF" w14:textId="77777777" w:rsidR="00CF1688" w:rsidRDefault="001B7E49">
            <w:r>
              <w:rPr>
                <w:b/>
                <w:color w:val="FFFFFF"/>
              </w:rPr>
              <w:t>Příjmení a jméno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0477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00F1B5D" w14:textId="77777777" w:rsidR="00CF1688" w:rsidRDefault="001B7E49">
            <w:pPr>
              <w:jc w:val="center"/>
            </w:pPr>
            <w:r>
              <w:rPr>
                <w:b/>
                <w:color w:val="FFFFFF"/>
              </w:rPr>
              <w:t>Třída</w:t>
            </w:r>
          </w:p>
        </w:tc>
      </w:tr>
      <w:tr w:rsidR="00CF1688" w14:paraId="4C6F36B5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2AF8443" w14:textId="77777777" w:rsidR="00CF1688" w:rsidRDefault="001B7E49">
            <w:pPr>
              <w:jc w:val="center"/>
            </w:pPr>
            <w:r>
              <w:rPr>
                <w:color w:val="172C47"/>
              </w:rPr>
              <w:t>1.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271AFF2" w14:textId="77777777" w:rsidR="00CF1688" w:rsidRDefault="001B7E49">
            <w:r>
              <w:rPr>
                <w:color w:val="172C47"/>
              </w:rPr>
              <w:t>Kusáková Adéla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E7793D4" w14:textId="77777777" w:rsidR="00CF1688" w:rsidRDefault="001B7E49">
            <w:pPr>
              <w:jc w:val="center"/>
            </w:pPr>
            <w:r>
              <w:rPr>
                <w:color w:val="172C47"/>
              </w:rPr>
              <w:t>3.A</w:t>
            </w:r>
          </w:p>
        </w:tc>
      </w:tr>
      <w:tr w:rsidR="00CF1688" w14:paraId="48240847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1929FFC" w14:textId="77777777" w:rsidR="00CF1688" w:rsidRDefault="001B7E49">
            <w:pPr>
              <w:jc w:val="center"/>
            </w:pPr>
            <w:r>
              <w:rPr>
                <w:color w:val="172C47"/>
              </w:rPr>
              <w:t>2.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1106568" w14:textId="77777777" w:rsidR="00CF1688" w:rsidRDefault="001B7E49">
            <w:r>
              <w:rPr>
                <w:color w:val="172C47"/>
              </w:rPr>
              <w:t>Mihal Štěpán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D0F1EF8" w14:textId="77777777" w:rsidR="00CF1688" w:rsidRDefault="001B7E49">
            <w:pPr>
              <w:jc w:val="center"/>
            </w:pPr>
            <w:r>
              <w:rPr>
                <w:color w:val="172C47"/>
              </w:rPr>
              <w:t>3.B</w:t>
            </w:r>
          </w:p>
        </w:tc>
      </w:tr>
      <w:tr w:rsidR="00CF1688" w14:paraId="129A2C44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95E731F" w14:textId="77777777" w:rsidR="00CF1688" w:rsidRDefault="001B7E49">
            <w:pPr>
              <w:jc w:val="center"/>
            </w:pPr>
            <w:r>
              <w:rPr>
                <w:color w:val="172C47"/>
              </w:rPr>
              <w:t>3.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773323F" w14:textId="77777777" w:rsidR="00CF1688" w:rsidRDefault="001B7E49">
            <w:r>
              <w:rPr>
                <w:color w:val="172C47"/>
              </w:rPr>
              <w:t>Macháčková Mariana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95B6764" w14:textId="77777777" w:rsidR="00CF1688" w:rsidRDefault="001B7E49">
            <w:pPr>
              <w:jc w:val="center"/>
            </w:pPr>
            <w:r>
              <w:rPr>
                <w:color w:val="172C47"/>
              </w:rPr>
              <w:t>3.B</w:t>
            </w:r>
          </w:p>
        </w:tc>
      </w:tr>
      <w:tr w:rsidR="00CF1688" w14:paraId="6A1117DA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FA0E460" w14:textId="77777777" w:rsidR="00CF1688" w:rsidRDefault="001B7E49">
            <w:pPr>
              <w:jc w:val="center"/>
            </w:pPr>
            <w:r>
              <w:rPr>
                <w:color w:val="172C47"/>
              </w:rPr>
              <w:t>4.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A660F25" w14:textId="77777777" w:rsidR="00CF1688" w:rsidRDefault="001B7E49">
            <w:r>
              <w:rPr>
                <w:color w:val="172C47"/>
              </w:rPr>
              <w:t>Mahdal Damián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85FB0DE" w14:textId="77777777" w:rsidR="00CF1688" w:rsidRDefault="001B7E49">
            <w:pPr>
              <w:jc w:val="center"/>
            </w:pPr>
            <w:r>
              <w:rPr>
                <w:color w:val="172C47"/>
              </w:rPr>
              <w:t>4.A</w:t>
            </w:r>
          </w:p>
        </w:tc>
      </w:tr>
      <w:tr w:rsidR="00CF1688" w14:paraId="17BE96E0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CCCF2EB" w14:textId="77777777" w:rsidR="00CF1688" w:rsidRDefault="001B7E49">
            <w:pPr>
              <w:jc w:val="center"/>
            </w:pPr>
            <w:r>
              <w:rPr>
                <w:color w:val="172C47"/>
              </w:rPr>
              <w:t>5.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D8FEA5A" w14:textId="77777777" w:rsidR="00CF1688" w:rsidRDefault="001B7E49">
            <w:r>
              <w:rPr>
                <w:color w:val="172C47"/>
              </w:rPr>
              <w:t>Chromečková Nina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51E5564" w14:textId="77777777" w:rsidR="00CF1688" w:rsidRDefault="001B7E49">
            <w:pPr>
              <w:jc w:val="center"/>
            </w:pPr>
            <w:r>
              <w:rPr>
                <w:color w:val="172C47"/>
              </w:rPr>
              <w:t>4.B</w:t>
            </w:r>
          </w:p>
        </w:tc>
      </w:tr>
      <w:tr w:rsidR="00CF1688" w14:paraId="18CF8DC5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5AED609" w14:textId="77777777" w:rsidR="00CF1688" w:rsidRDefault="001B7E49">
            <w:pPr>
              <w:jc w:val="center"/>
            </w:pPr>
            <w:r>
              <w:rPr>
                <w:color w:val="172C47"/>
              </w:rPr>
              <w:t>6.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F55D5C3" w14:textId="77777777" w:rsidR="00CF1688" w:rsidRDefault="001B7E49">
            <w:r>
              <w:rPr>
                <w:color w:val="172C47"/>
              </w:rPr>
              <w:t>Kučerová Ella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AF6600C" w14:textId="77777777" w:rsidR="00CF1688" w:rsidRDefault="001B7E49">
            <w:pPr>
              <w:jc w:val="center"/>
            </w:pPr>
            <w:r>
              <w:rPr>
                <w:color w:val="172C47"/>
              </w:rPr>
              <w:t>4.B</w:t>
            </w:r>
          </w:p>
        </w:tc>
      </w:tr>
      <w:tr w:rsidR="00CF1688" w14:paraId="261A1B59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D7E7723" w14:textId="77777777" w:rsidR="00CF1688" w:rsidRDefault="001B7E49">
            <w:pPr>
              <w:jc w:val="center"/>
            </w:pPr>
            <w:r>
              <w:rPr>
                <w:color w:val="172C47"/>
              </w:rPr>
              <w:t>7.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7AD58E0" w14:textId="77777777" w:rsidR="00CF1688" w:rsidRDefault="001B7E49">
            <w:r>
              <w:rPr>
                <w:color w:val="172C47"/>
              </w:rPr>
              <w:t>Slezák Filip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037573A" w14:textId="77777777" w:rsidR="00CF1688" w:rsidRDefault="001B7E49">
            <w:pPr>
              <w:jc w:val="center"/>
            </w:pPr>
            <w:r>
              <w:rPr>
                <w:color w:val="172C47"/>
              </w:rPr>
              <w:t>6.A</w:t>
            </w:r>
          </w:p>
        </w:tc>
      </w:tr>
      <w:tr w:rsidR="00CF1688" w14:paraId="23F761E5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297DF8D" w14:textId="77777777" w:rsidR="00CF1688" w:rsidRDefault="001B7E49">
            <w:pPr>
              <w:jc w:val="center"/>
            </w:pPr>
            <w:r>
              <w:rPr>
                <w:color w:val="172C47"/>
              </w:rPr>
              <w:t>8.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768033C" w14:textId="77777777" w:rsidR="00CF1688" w:rsidRDefault="001B7E49">
            <w:r>
              <w:rPr>
                <w:color w:val="172C47"/>
              </w:rPr>
              <w:t>Frolková Julie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C50D48F" w14:textId="77777777" w:rsidR="00CF1688" w:rsidRDefault="001B7E49">
            <w:pPr>
              <w:jc w:val="center"/>
            </w:pPr>
            <w:r>
              <w:rPr>
                <w:color w:val="172C47"/>
              </w:rPr>
              <w:t>5.A</w:t>
            </w:r>
          </w:p>
        </w:tc>
      </w:tr>
      <w:tr w:rsidR="00CF1688" w14:paraId="6E4FA277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4734FE7" w14:textId="77777777" w:rsidR="00CF1688" w:rsidRDefault="001B7E49">
            <w:pPr>
              <w:jc w:val="center"/>
            </w:pPr>
            <w:r>
              <w:rPr>
                <w:color w:val="172C47"/>
              </w:rPr>
              <w:t>9.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6CD3639" w14:textId="77777777" w:rsidR="00CF1688" w:rsidRDefault="001B7E49">
            <w:r>
              <w:rPr>
                <w:color w:val="172C47"/>
              </w:rPr>
              <w:t>Knotková Antonie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9A5F25C" w14:textId="77777777" w:rsidR="00CF1688" w:rsidRDefault="001B7E49">
            <w:pPr>
              <w:jc w:val="center"/>
            </w:pPr>
            <w:r>
              <w:rPr>
                <w:color w:val="172C47"/>
              </w:rPr>
              <w:t>5.A</w:t>
            </w:r>
          </w:p>
        </w:tc>
      </w:tr>
      <w:tr w:rsidR="00CF1688" w14:paraId="0BA9C4C2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0189091" w14:textId="77777777" w:rsidR="00CF1688" w:rsidRDefault="001B7E49">
            <w:pPr>
              <w:jc w:val="center"/>
            </w:pPr>
            <w:r>
              <w:rPr>
                <w:color w:val="172C47"/>
              </w:rPr>
              <w:t>10.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96EBC5A" w14:textId="77777777" w:rsidR="00CF1688" w:rsidRDefault="001B7E49">
            <w:r>
              <w:rPr>
                <w:color w:val="172C47"/>
              </w:rPr>
              <w:t>Rajtár Dan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83CB2F2" w14:textId="77777777" w:rsidR="00CF1688" w:rsidRDefault="001B7E49">
            <w:pPr>
              <w:jc w:val="center"/>
            </w:pPr>
            <w:r>
              <w:rPr>
                <w:color w:val="172C47"/>
              </w:rPr>
              <w:t>5.B</w:t>
            </w:r>
          </w:p>
        </w:tc>
      </w:tr>
      <w:tr w:rsidR="00CF1688" w14:paraId="5CCD6381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AEE0DF6" w14:textId="77777777" w:rsidR="00CF1688" w:rsidRDefault="001B7E49">
            <w:pPr>
              <w:jc w:val="center"/>
            </w:pPr>
            <w:r>
              <w:rPr>
                <w:color w:val="172C47"/>
              </w:rPr>
              <w:t>11.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99A54C8" w14:textId="77777777" w:rsidR="00CF1688" w:rsidRDefault="001B7E49">
            <w:r>
              <w:rPr>
                <w:color w:val="172C47"/>
              </w:rPr>
              <w:t>Kachurovska Viktoriia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0B36242" w14:textId="77777777" w:rsidR="00CF1688" w:rsidRDefault="001B7E49">
            <w:pPr>
              <w:jc w:val="center"/>
            </w:pPr>
            <w:r>
              <w:rPr>
                <w:color w:val="172C47"/>
              </w:rPr>
              <w:t>6.B</w:t>
            </w:r>
          </w:p>
        </w:tc>
      </w:tr>
      <w:tr w:rsidR="00CF1688" w14:paraId="06F154E5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E6F2A6C" w14:textId="77777777" w:rsidR="00CF1688" w:rsidRDefault="001B7E49">
            <w:pPr>
              <w:jc w:val="center"/>
            </w:pPr>
            <w:r>
              <w:rPr>
                <w:color w:val="172C47"/>
              </w:rPr>
              <w:t>12.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9BB53EB" w14:textId="77777777" w:rsidR="00CF1688" w:rsidRDefault="001B7E49">
            <w:r>
              <w:rPr>
                <w:color w:val="172C47"/>
              </w:rPr>
              <w:t>Doran Martin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28F1A50" w14:textId="77777777" w:rsidR="00CF1688" w:rsidRDefault="001B7E49">
            <w:pPr>
              <w:jc w:val="center"/>
            </w:pPr>
            <w:r>
              <w:rPr>
                <w:color w:val="172C47"/>
              </w:rPr>
              <w:t>6.B</w:t>
            </w:r>
          </w:p>
        </w:tc>
      </w:tr>
      <w:tr w:rsidR="00CF1688" w14:paraId="3C8F3F33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35282E5" w14:textId="77777777" w:rsidR="00CF1688" w:rsidRDefault="001B7E49">
            <w:pPr>
              <w:jc w:val="center"/>
            </w:pPr>
            <w:r>
              <w:rPr>
                <w:color w:val="172C47"/>
              </w:rPr>
              <w:t>13.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F7483C0" w14:textId="77777777" w:rsidR="00CF1688" w:rsidRDefault="001B7E49">
            <w:r>
              <w:rPr>
                <w:color w:val="172C47"/>
              </w:rPr>
              <w:t>Moštěk Ondřej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3EF40A0" w14:textId="77777777" w:rsidR="00CF1688" w:rsidRDefault="001B7E49">
            <w:pPr>
              <w:jc w:val="center"/>
            </w:pPr>
            <w:r>
              <w:rPr>
                <w:color w:val="172C47"/>
              </w:rPr>
              <w:t>7.A</w:t>
            </w:r>
          </w:p>
        </w:tc>
      </w:tr>
      <w:tr w:rsidR="00CF1688" w14:paraId="35116843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E7851C8" w14:textId="77777777" w:rsidR="00CF1688" w:rsidRDefault="001B7E49">
            <w:pPr>
              <w:jc w:val="center"/>
            </w:pPr>
            <w:r>
              <w:rPr>
                <w:color w:val="172C47"/>
              </w:rPr>
              <w:t>14.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8E63FB8" w14:textId="77777777" w:rsidR="00CF1688" w:rsidRDefault="001B7E49">
            <w:r>
              <w:rPr>
                <w:color w:val="172C47"/>
              </w:rPr>
              <w:t>Olah Jason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4275C6C" w14:textId="77777777" w:rsidR="00CF1688" w:rsidRDefault="001B7E49">
            <w:pPr>
              <w:jc w:val="center"/>
            </w:pPr>
            <w:r>
              <w:rPr>
                <w:color w:val="172C47"/>
              </w:rPr>
              <w:t>7.A</w:t>
            </w:r>
          </w:p>
        </w:tc>
      </w:tr>
      <w:tr w:rsidR="00CF1688" w14:paraId="00256BEF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7D9A1B0" w14:textId="77777777" w:rsidR="00CF1688" w:rsidRDefault="001B7E49">
            <w:pPr>
              <w:jc w:val="center"/>
            </w:pPr>
            <w:r>
              <w:rPr>
                <w:color w:val="172C47"/>
              </w:rPr>
              <w:t>15.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31CC47C" w14:textId="77777777" w:rsidR="00CF1688" w:rsidRDefault="001B7E49">
            <w:r>
              <w:rPr>
                <w:color w:val="172C47"/>
              </w:rPr>
              <w:t>Dostálová Denisa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1AACA73" w14:textId="77777777" w:rsidR="00CF1688" w:rsidRDefault="001B7E49">
            <w:pPr>
              <w:jc w:val="center"/>
            </w:pPr>
            <w:r>
              <w:rPr>
                <w:color w:val="172C47"/>
              </w:rPr>
              <w:t>7.B</w:t>
            </w:r>
          </w:p>
        </w:tc>
      </w:tr>
      <w:tr w:rsidR="00CF1688" w14:paraId="5CF0324B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6AA4E3F" w14:textId="77777777" w:rsidR="00CF1688" w:rsidRDefault="001B7E49">
            <w:pPr>
              <w:jc w:val="center"/>
            </w:pPr>
            <w:r>
              <w:rPr>
                <w:color w:val="172C47"/>
              </w:rPr>
              <w:t>16.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E8896FD" w14:textId="77777777" w:rsidR="00CF1688" w:rsidRDefault="001B7E49">
            <w:r>
              <w:rPr>
                <w:color w:val="172C47"/>
              </w:rPr>
              <w:t>Radostová Johanka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9153072" w14:textId="77777777" w:rsidR="00CF1688" w:rsidRDefault="001B7E49">
            <w:pPr>
              <w:jc w:val="center"/>
            </w:pPr>
            <w:r>
              <w:rPr>
                <w:color w:val="172C47"/>
              </w:rPr>
              <w:t>7.B</w:t>
            </w:r>
          </w:p>
        </w:tc>
      </w:tr>
      <w:tr w:rsidR="00CF1688" w14:paraId="4E8C745E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5C65FE2" w14:textId="77777777" w:rsidR="00CF1688" w:rsidRDefault="001B7E49">
            <w:pPr>
              <w:jc w:val="center"/>
            </w:pPr>
            <w:r>
              <w:rPr>
                <w:color w:val="172C47"/>
              </w:rPr>
              <w:t>17.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6592583" w14:textId="77777777" w:rsidR="00CF1688" w:rsidRDefault="001B7E49">
            <w:r>
              <w:rPr>
                <w:color w:val="172C47"/>
              </w:rPr>
              <w:t>Súkupová Julie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500E636" w14:textId="77777777" w:rsidR="00CF1688" w:rsidRDefault="001B7E49">
            <w:pPr>
              <w:jc w:val="center"/>
            </w:pPr>
            <w:r>
              <w:rPr>
                <w:color w:val="172C47"/>
              </w:rPr>
              <w:t>7.B</w:t>
            </w:r>
          </w:p>
        </w:tc>
      </w:tr>
      <w:tr w:rsidR="00CF1688" w14:paraId="1476CD7B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7D591050" w14:textId="77777777" w:rsidR="00CF1688" w:rsidRDefault="001B7E49">
            <w:pPr>
              <w:jc w:val="center"/>
            </w:pPr>
            <w:r>
              <w:rPr>
                <w:color w:val="172C47"/>
              </w:rPr>
              <w:t>18.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CD3C8EB" w14:textId="77777777" w:rsidR="00CF1688" w:rsidRDefault="001B7E49">
            <w:r>
              <w:rPr>
                <w:color w:val="172C47"/>
              </w:rPr>
              <w:t>Jirásková Karolína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3CFC2F3" w14:textId="77777777" w:rsidR="00CF1688" w:rsidRDefault="001B7E49">
            <w:pPr>
              <w:jc w:val="center"/>
            </w:pPr>
            <w:r>
              <w:rPr>
                <w:color w:val="172C47"/>
              </w:rPr>
              <w:t>7.B</w:t>
            </w:r>
          </w:p>
        </w:tc>
      </w:tr>
      <w:tr w:rsidR="00CF1688" w14:paraId="0D500DD6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CB59C0F" w14:textId="77777777" w:rsidR="00CF1688" w:rsidRDefault="001B7E49">
            <w:pPr>
              <w:jc w:val="center"/>
            </w:pPr>
            <w:r>
              <w:rPr>
                <w:color w:val="172C47"/>
              </w:rPr>
              <w:t>19.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E30C404" w14:textId="77777777" w:rsidR="00CF1688" w:rsidRDefault="001B7E49">
            <w:r>
              <w:rPr>
                <w:color w:val="172C47"/>
              </w:rPr>
              <w:t>Kozumplíková Tereza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FDC9BC1" w14:textId="77777777" w:rsidR="00CF1688" w:rsidRDefault="001B7E49">
            <w:pPr>
              <w:jc w:val="center"/>
            </w:pPr>
            <w:r>
              <w:rPr>
                <w:color w:val="172C47"/>
              </w:rPr>
              <w:t>8.A</w:t>
            </w:r>
          </w:p>
        </w:tc>
      </w:tr>
      <w:tr w:rsidR="00CF1688" w14:paraId="39F3A9D9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32F9299" w14:textId="77777777" w:rsidR="00CF1688" w:rsidRDefault="001B7E49">
            <w:pPr>
              <w:jc w:val="center"/>
            </w:pPr>
            <w:r>
              <w:rPr>
                <w:color w:val="172C47"/>
              </w:rPr>
              <w:t>20.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317D8D6" w14:textId="77777777" w:rsidR="00CF1688" w:rsidRDefault="001B7E49">
            <w:r>
              <w:rPr>
                <w:color w:val="172C47"/>
              </w:rPr>
              <w:t>Lukášová Sandra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4E6811B" w14:textId="77777777" w:rsidR="00CF1688" w:rsidRDefault="001B7E49">
            <w:pPr>
              <w:jc w:val="center"/>
            </w:pPr>
            <w:r>
              <w:rPr>
                <w:color w:val="172C47"/>
              </w:rPr>
              <w:t>8.A</w:t>
            </w:r>
          </w:p>
        </w:tc>
      </w:tr>
      <w:tr w:rsidR="00CF1688" w14:paraId="29708B16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3C7B6C8" w14:textId="77777777" w:rsidR="00CF1688" w:rsidRDefault="001B7E49">
            <w:pPr>
              <w:jc w:val="center"/>
            </w:pPr>
            <w:r>
              <w:rPr>
                <w:color w:val="172C47"/>
              </w:rPr>
              <w:t>21.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FBC0567" w14:textId="77777777" w:rsidR="00CF1688" w:rsidRDefault="001B7E49">
            <w:r>
              <w:rPr>
                <w:color w:val="172C47"/>
              </w:rPr>
              <w:t>Jančaříková  Julie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B2805BA" w14:textId="77777777" w:rsidR="00CF1688" w:rsidRDefault="001B7E49">
            <w:pPr>
              <w:jc w:val="center"/>
            </w:pPr>
            <w:r>
              <w:rPr>
                <w:color w:val="172C47"/>
              </w:rPr>
              <w:t>8.B</w:t>
            </w:r>
          </w:p>
        </w:tc>
      </w:tr>
      <w:tr w:rsidR="00CF1688" w14:paraId="522D1FBE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D948EA7" w14:textId="77777777" w:rsidR="00CF1688" w:rsidRDefault="001B7E49">
            <w:pPr>
              <w:jc w:val="center"/>
            </w:pPr>
            <w:r>
              <w:rPr>
                <w:color w:val="172C47"/>
              </w:rPr>
              <w:t>22.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7317755" w14:textId="77777777" w:rsidR="00CF1688" w:rsidRDefault="001B7E49">
            <w:r>
              <w:rPr>
                <w:color w:val="172C47"/>
              </w:rPr>
              <w:t>Kusáková Aneta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FBBC97A" w14:textId="77777777" w:rsidR="00CF1688" w:rsidRDefault="001B7E49">
            <w:pPr>
              <w:jc w:val="center"/>
            </w:pPr>
            <w:r>
              <w:rPr>
                <w:color w:val="172C47"/>
              </w:rPr>
              <w:t>8.B</w:t>
            </w:r>
          </w:p>
        </w:tc>
      </w:tr>
      <w:tr w:rsidR="00CF1688" w14:paraId="235F7CA4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8278E5F" w14:textId="77777777" w:rsidR="00CF1688" w:rsidRDefault="001B7E49">
            <w:pPr>
              <w:jc w:val="center"/>
            </w:pPr>
            <w:r>
              <w:rPr>
                <w:color w:val="172C47"/>
              </w:rPr>
              <w:t>23.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08D9DE5" w14:textId="77777777" w:rsidR="00CF1688" w:rsidRDefault="001B7E49">
            <w:r>
              <w:rPr>
                <w:color w:val="172C47"/>
              </w:rPr>
              <w:t>Dostál Michal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F2F8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3EF0354" w14:textId="77777777" w:rsidR="00CF1688" w:rsidRDefault="001B7E49">
            <w:pPr>
              <w:jc w:val="center"/>
            </w:pPr>
            <w:r>
              <w:rPr>
                <w:color w:val="172C47"/>
              </w:rPr>
              <w:t>9.A</w:t>
            </w:r>
          </w:p>
        </w:tc>
      </w:tr>
      <w:tr w:rsidR="00CF1688" w14:paraId="5DCF1F39" w14:textId="77777777">
        <w:trPr>
          <w:jc w:val="center"/>
        </w:trPr>
        <w:tc>
          <w:tcPr>
            <w:tcW w:w="7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13D723A" w14:textId="77777777" w:rsidR="00CF1688" w:rsidRDefault="001B7E49">
            <w:pPr>
              <w:jc w:val="center"/>
            </w:pPr>
            <w:r>
              <w:rPr>
                <w:color w:val="172C47"/>
              </w:rPr>
              <w:t>24.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D53DBF5" w14:textId="77777777" w:rsidR="00CF1688" w:rsidRDefault="001B7E49">
            <w:r>
              <w:rPr>
                <w:color w:val="172C47"/>
              </w:rPr>
              <w:t>Daniel Šimon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52A2B62" w14:textId="77777777" w:rsidR="00CF1688" w:rsidRDefault="001B7E49">
            <w:pPr>
              <w:jc w:val="center"/>
            </w:pPr>
            <w:r>
              <w:rPr>
                <w:color w:val="172C47"/>
              </w:rPr>
              <w:t>9.A</w:t>
            </w:r>
          </w:p>
        </w:tc>
      </w:tr>
    </w:tbl>
    <w:p w14:paraId="6DEDB8A1" w14:textId="77777777" w:rsidR="00CF1688" w:rsidRDefault="001B7E49">
      <w:pPr>
        <w:spacing w:before="240"/>
      </w:pPr>
      <w:r>
        <w:rPr>
          <w:b/>
          <w:sz w:val="21"/>
        </w:rPr>
        <w:t xml:space="preserve">Školní koordinátoři: </w:t>
      </w:r>
      <w:r>
        <w:rPr>
          <w:sz w:val="21"/>
        </w:rPr>
        <w:t>Ilona Jurčeková a Oldřiška Kolaříková</w:t>
      </w:r>
    </w:p>
    <w:sectPr w:rsidR="00CF1688" w:rsidSect="00034616">
      <w:pgSz w:w="11906" w:h="16838"/>
      <w:pgMar w:top="737" w:right="1134" w:bottom="6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4420267">
    <w:abstractNumId w:val="8"/>
  </w:num>
  <w:num w:numId="2" w16cid:durableId="114567405">
    <w:abstractNumId w:val="6"/>
  </w:num>
  <w:num w:numId="3" w16cid:durableId="1823961712">
    <w:abstractNumId w:val="5"/>
  </w:num>
  <w:num w:numId="4" w16cid:durableId="77092974">
    <w:abstractNumId w:val="4"/>
  </w:num>
  <w:num w:numId="5" w16cid:durableId="764155216">
    <w:abstractNumId w:val="7"/>
  </w:num>
  <w:num w:numId="6" w16cid:durableId="1146896522">
    <w:abstractNumId w:val="3"/>
  </w:num>
  <w:num w:numId="7" w16cid:durableId="362294258">
    <w:abstractNumId w:val="2"/>
  </w:num>
  <w:num w:numId="8" w16cid:durableId="1700661446">
    <w:abstractNumId w:val="1"/>
  </w:num>
  <w:num w:numId="9" w16cid:durableId="1416706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E49"/>
    <w:rsid w:val="0029639D"/>
    <w:rsid w:val="00326F90"/>
    <w:rsid w:val="00AA1D8D"/>
    <w:rsid w:val="00B47730"/>
    <w:rsid w:val="00CB0664"/>
    <w:rsid w:val="00CF1688"/>
    <w:rsid w:val="00DF04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3F18B1"/>
  <w14:defaultImageDpi w14:val="300"/>
  <w15:docId w15:val="{59F8CD03-A574-4422-8165-13F292B05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0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Kůdelová Martina</cp:lastModifiedBy>
  <cp:revision>2</cp:revision>
  <dcterms:created xsi:type="dcterms:W3CDTF">2026-11-01T17:20:00Z</dcterms:created>
  <dcterms:modified xsi:type="dcterms:W3CDTF">2026-11-01T17:20:00Z</dcterms:modified>
  <cp:category/>
</cp:coreProperties>
</file>