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A0932" w14:textId="77777777" w:rsidR="00CF1688" w:rsidRDefault="008E5E77">
      <w:pPr>
        <w:spacing w:after="140"/>
        <w:jc w:val="center"/>
      </w:pPr>
      <w:r>
        <w:rPr>
          <w:noProof/>
        </w:rPr>
        <w:drawing>
          <wp:inline distT="0" distB="0" distL="0" distR="0" wp14:anchorId="5CCD6381" wp14:editId="4E6F2A6C">
            <wp:extent cx="936000" cy="936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latelogo(9)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F8912" w14:textId="5D948EA7" w:rsidR="00CF1688" w:rsidRDefault="008E5E77">
      <w:pPr>
        <w:pStyle w:val="Nzev"/>
        <w:spacing w:after="60"/>
        <w:jc w:val="center"/>
      </w:pPr>
      <w:r>
        <w:rPr>
          <w:rFonts w:ascii="Calibri" w:hAnsi="Calibri"/>
          <w:b/>
          <w:color w:val="20477F"/>
          <w:sz w:val="48"/>
        </w:rPr>
        <w:t>Plán práce žákovského</w:t>
      </w:r>
      <w:r>
        <w:rPr>
          <w:rFonts w:ascii="Calibri" w:hAnsi="Calibri"/>
          <w:b/>
          <w:color w:val="20477F"/>
          <w:sz w:val="48"/>
        </w:rPr>
        <w:t xml:space="preserve"> parlamentu</w:t>
      </w:r>
    </w:p>
    <w:p w14:paraId="201A6370" w14:textId="77777777" w:rsidR="00CF1688" w:rsidRDefault="008E5E77">
      <w:pPr>
        <w:spacing w:after="240"/>
        <w:jc w:val="center"/>
      </w:pPr>
      <w:r>
        <w:rPr>
          <w:color w:val="20477F"/>
          <w:sz w:val="26"/>
        </w:rPr>
        <w:t>Školní rok 2026–2027</w:t>
      </w:r>
    </w:p>
    <w:p w14:paraId="2F6588BE" w14:textId="77777777" w:rsidR="00CF1688" w:rsidRDefault="008E5E77">
      <w:pPr>
        <w:spacing w:after="240"/>
      </w:pPr>
      <w:r>
        <w:rPr>
          <w:b/>
        </w:rPr>
        <w:t xml:space="preserve">Koordinátoři: </w:t>
      </w:r>
      <w:r>
        <w:t>Jurčeková Ilona, Kolaříková Oldřiška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7"/>
        <w:gridCol w:w="6520"/>
        <w:gridCol w:w="1701"/>
      </w:tblGrid>
      <w:tr w:rsidR="00CF1688" w14:paraId="02AF8443" w14:textId="77777777">
        <w:trPr>
          <w:tblHeader/>
          <w:jc w:val="center"/>
        </w:trPr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0477F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653BBEAF" w14:textId="77777777" w:rsidR="00CF1688" w:rsidRDefault="008E5E77">
            <w:pPr>
              <w:spacing w:line="259" w:lineRule="auto"/>
            </w:pPr>
            <w:r>
              <w:rPr>
                <w:b/>
                <w:color w:val="FFFFFF"/>
              </w:rPr>
              <w:t>Měsíc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0477F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400F1B5D" w14:textId="77777777" w:rsidR="00CF1688" w:rsidRDefault="008E5E77">
            <w:pPr>
              <w:spacing w:line="259" w:lineRule="auto"/>
            </w:pPr>
            <w:r>
              <w:rPr>
                <w:b/>
                <w:color w:val="FFFFFF"/>
              </w:rPr>
              <w:t>Program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0477F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1E9985D2" w14:textId="77777777" w:rsidR="00CF1688" w:rsidRDefault="008E5E77">
            <w:pPr>
              <w:spacing w:line="259" w:lineRule="auto"/>
            </w:pPr>
            <w:r>
              <w:rPr>
                <w:b/>
                <w:color w:val="FFFFFF"/>
              </w:rPr>
              <w:t>Poznámka</w:t>
            </w:r>
          </w:p>
        </w:tc>
      </w:tr>
      <w:tr w:rsidR="00CF1688" w14:paraId="61929FFC" w14:textId="77777777">
        <w:trPr>
          <w:jc w:val="center"/>
        </w:trPr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2271AFF2" w14:textId="77777777" w:rsidR="00CF1688" w:rsidRDefault="008E5E77">
            <w:pPr>
              <w:spacing w:line="259" w:lineRule="auto"/>
            </w:pPr>
            <w:r>
              <w:rPr>
                <w:color w:val="172C47"/>
              </w:rPr>
              <w:t>Září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7E7793D4" w14:textId="77777777" w:rsidR="00CF1688" w:rsidRDefault="008E5E77">
            <w:pPr>
              <w:spacing w:line="259" w:lineRule="auto"/>
            </w:pPr>
            <w:r>
              <w:rPr>
                <w:color w:val="172C47"/>
              </w:rPr>
              <w:t>Doplnění členů Parlamentu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4C6F36B5" w14:textId="77777777" w:rsidR="00CF1688" w:rsidRDefault="00CF1688">
            <w:pPr>
              <w:spacing w:line="259" w:lineRule="auto"/>
            </w:pPr>
          </w:p>
        </w:tc>
      </w:tr>
      <w:tr w:rsidR="00CF1688" w14:paraId="295E731F" w14:textId="77777777">
        <w:trPr>
          <w:jc w:val="center"/>
        </w:trPr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51106568" w14:textId="77777777" w:rsidR="00CF1688" w:rsidRDefault="008E5E77">
            <w:pPr>
              <w:spacing w:line="259" w:lineRule="auto"/>
            </w:pPr>
            <w:r>
              <w:rPr>
                <w:color w:val="172C47"/>
              </w:rPr>
              <w:t>Říjen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7D0F1EF8" w14:textId="77777777" w:rsidR="00CF1688" w:rsidRDefault="008E5E77">
            <w:pPr>
              <w:spacing w:line="259" w:lineRule="auto"/>
            </w:pPr>
            <w:r>
              <w:rPr>
                <w:color w:val="172C47"/>
              </w:rPr>
              <w:t>Vytvoření a schválení nového programu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48240847" w14:textId="77777777" w:rsidR="00CF1688" w:rsidRDefault="00CF1688">
            <w:pPr>
              <w:spacing w:line="259" w:lineRule="auto"/>
            </w:pPr>
          </w:p>
        </w:tc>
      </w:tr>
      <w:tr w:rsidR="00CF1688" w14:paraId="3FA0E460" w14:textId="77777777">
        <w:trPr>
          <w:jc w:val="center"/>
        </w:trPr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2773323F" w14:textId="77777777" w:rsidR="00CF1688" w:rsidRDefault="008E5E77">
            <w:pPr>
              <w:spacing w:line="259" w:lineRule="auto"/>
            </w:pPr>
            <w:r>
              <w:rPr>
                <w:color w:val="172C47"/>
              </w:rPr>
              <w:t>Listopad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095B6764" w14:textId="77777777" w:rsidR="00CF1688" w:rsidRDefault="008E5E77">
            <w:pPr>
              <w:spacing w:line="259" w:lineRule="auto"/>
            </w:pPr>
            <w:r>
              <w:rPr>
                <w:color w:val="172C47"/>
              </w:rPr>
              <w:t xml:space="preserve">13.11.  Den Laskavosti -Jsem </w:t>
            </w:r>
            <w:r>
              <w:rPr>
                <w:color w:val="172C47"/>
              </w:rPr>
              <w:t>laskavec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129A2C44" w14:textId="77777777" w:rsidR="00CF1688" w:rsidRDefault="00CF1688">
            <w:pPr>
              <w:spacing w:line="259" w:lineRule="auto"/>
            </w:pPr>
          </w:p>
        </w:tc>
      </w:tr>
      <w:tr w:rsidR="00CF1688" w14:paraId="2CCCF2EB" w14:textId="77777777">
        <w:trPr>
          <w:jc w:val="center"/>
        </w:trPr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1A660F25" w14:textId="77777777" w:rsidR="00CF1688" w:rsidRDefault="008E5E77">
            <w:pPr>
              <w:spacing w:line="259" w:lineRule="auto"/>
            </w:pPr>
            <w:r>
              <w:rPr>
                <w:color w:val="172C47"/>
              </w:rPr>
              <w:t>Prosinec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585FB0DE" w14:textId="77777777" w:rsidR="00CF1688" w:rsidRDefault="008E5E77">
            <w:pPr>
              <w:spacing w:line="259" w:lineRule="auto"/>
            </w:pPr>
            <w:r>
              <w:rPr>
                <w:color w:val="172C47"/>
              </w:rPr>
              <w:t>Adventní aktivity (andělská pošta, adventní výzdoba)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6A1117DA" w14:textId="77777777" w:rsidR="00CF1688" w:rsidRDefault="00CF1688">
            <w:pPr>
              <w:spacing w:line="259" w:lineRule="auto"/>
            </w:pPr>
          </w:p>
        </w:tc>
      </w:tr>
      <w:tr w:rsidR="00CF1688" w14:paraId="05AED609" w14:textId="77777777">
        <w:trPr>
          <w:jc w:val="center"/>
        </w:trPr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4D8FEA5A" w14:textId="77777777" w:rsidR="00CF1688" w:rsidRDefault="008E5E77">
            <w:pPr>
              <w:spacing w:line="259" w:lineRule="auto"/>
            </w:pPr>
            <w:r>
              <w:rPr>
                <w:color w:val="172C47"/>
              </w:rPr>
              <w:t>Leden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251E5564" w14:textId="77777777" w:rsidR="00CF1688" w:rsidRDefault="008E5E77">
            <w:pPr>
              <w:spacing w:line="259" w:lineRule="auto"/>
            </w:pPr>
            <w:r>
              <w:rPr>
                <w:color w:val="172C47"/>
              </w:rPr>
              <w:t>Vysvědčení pro paní kuchařky, uklízečky a pana školníka</w:t>
            </w:r>
            <w:r>
              <w:rPr>
                <w:color w:val="172C47"/>
              </w:rPr>
              <w:br/>
              <w:t>Anketa – nejoblíbenější jídlo ve ŠJ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17BE96E0" w14:textId="77777777" w:rsidR="00CF1688" w:rsidRDefault="00CF1688">
            <w:pPr>
              <w:spacing w:line="259" w:lineRule="auto"/>
            </w:pPr>
          </w:p>
        </w:tc>
      </w:tr>
      <w:tr w:rsidR="00CF1688" w14:paraId="6D7E7723" w14:textId="77777777">
        <w:trPr>
          <w:jc w:val="center"/>
        </w:trPr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1F55D5C3" w14:textId="77777777" w:rsidR="00CF1688" w:rsidRDefault="008E5E77">
            <w:pPr>
              <w:spacing w:line="259" w:lineRule="auto"/>
            </w:pPr>
            <w:r>
              <w:rPr>
                <w:color w:val="172C47"/>
              </w:rPr>
              <w:t>Únor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3AF6600C" w14:textId="77777777" w:rsidR="00CF1688" w:rsidRDefault="008E5E77">
            <w:pPr>
              <w:spacing w:line="259" w:lineRule="auto"/>
            </w:pPr>
            <w:r>
              <w:rPr>
                <w:color w:val="172C47"/>
              </w:rPr>
              <w:t>Fašank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18CF8DC5" w14:textId="77777777" w:rsidR="00CF1688" w:rsidRDefault="00CF1688">
            <w:pPr>
              <w:spacing w:line="259" w:lineRule="auto"/>
            </w:pPr>
          </w:p>
        </w:tc>
      </w:tr>
      <w:tr w:rsidR="00CF1688" w14:paraId="5297DF8D" w14:textId="77777777">
        <w:trPr>
          <w:jc w:val="center"/>
        </w:trPr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27AD58E0" w14:textId="77777777" w:rsidR="00CF1688" w:rsidRDefault="008E5E77">
            <w:pPr>
              <w:spacing w:line="259" w:lineRule="auto"/>
            </w:pPr>
            <w:r>
              <w:rPr>
                <w:color w:val="172C47"/>
              </w:rPr>
              <w:t>Březen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4037573A" w14:textId="77777777" w:rsidR="00CF1688" w:rsidRDefault="008E5E77">
            <w:pPr>
              <w:spacing w:line="259" w:lineRule="auto"/>
            </w:pPr>
            <w:r>
              <w:rPr>
                <w:color w:val="172C47"/>
              </w:rPr>
              <w:t xml:space="preserve">Příprava na jarmark </w:t>
            </w:r>
            <w:r>
              <w:rPr>
                <w:color w:val="172C47"/>
              </w:rPr>
              <w:br/>
              <w:t>Velikonoční jarmark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261A1B59" w14:textId="77777777" w:rsidR="00CF1688" w:rsidRDefault="00CF1688">
            <w:pPr>
              <w:spacing w:line="259" w:lineRule="auto"/>
            </w:pPr>
          </w:p>
        </w:tc>
      </w:tr>
      <w:tr w:rsidR="00CF1688" w14:paraId="64734FE7" w14:textId="77777777">
        <w:trPr>
          <w:jc w:val="center"/>
        </w:trPr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2768033C" w14:textId="77777777" w:rsidR="00CF1688" w:rsidRDefault="008E5E77">
            <w:pPr>
              <w:spacing w:line="259" w:lineRule="auto"/>
            </w:pPr>
            <w:r>
              <w:rPr>
                <w:color w:val="172C47"/>
              </w:rPr>
              <w:t>Duben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5C50D48F" w14:textId="77777777" w:rsidR="00CF1688" w:rsidRDefault="008E5E77">
            <w:pPr>
              <w:spacing w:line="259" w:lineRule="auto"/>
            </w:pPr>
            <w:r>
              <w:rPr>
                <w:color w:val="172C47"/>
              </w:rPr>
              <w:t xml:space="preserve">Den </w:t>
            </w:r>
            <w:r>
              <w:rPr>
                <w:color w:val="172C47"/>
              </w:rPr>
              <w:t>ztřeštěné módy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23F761E5" w14:textId="77777777" w:rsidR="00CF1688" w:rsidRDefault="00CF1688">
            <w:pPr>
              <w:spacing w:line="259" w:lineRule="auto"/>
            </w:pPr>
          </w:p>
        </w:tc>
      </w:tr>
      <w:tr w:rsidR="00CF1688" w14:paraId="00189091" w14:textId="77777777">
        <w:trPr>
          <w:jc w:val="center"/>
        </w:trPr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36CD3639" w14:textId="77777777" w:rsidR="00CF1688" w:rsidRDefault="008E5E77">
            <w:pPr>
              <w:spacing w:line="259" w:lineRule="auto"/>
            </w:pPr>
            <w:r>
              <w:rPr>
                <w:color w:val="172C47"/>
              </w:rPr>
              <w:t>Květen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79A5F25C" w14:textId="77777777" w:rsidR="00CF1688" w:rsidRDefault="008E5E77">
            <w:pPr>
              <w:spacing w:line="259" w:lineRule="auto"/>
            </w:pPr>
            <w:r>
              <w:rPr>
                <w:color w:val="172C47"/>
              </w:rPr>
              <w:t>Výměnná exkurze s žákovským  parlamentem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6E4FA277" w14:textId="77777777" w:rsidR="00CF1688" w:rsidRDefault="00CF1688">
            <w:pPr>
              <w:spacing w:line="259" w:lineRule="auto"/>
            </w:pPr>
          </w:p>
        </w:tc>
      </w:tr>
      <w:tr w:rsidR="00CF1688" w14:paraId="0AEE0DF6" w14:textId="77777777">
        <w:trPr>
          <w:jc w:val="center"/>
        </w:trPr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496EBC5A" w14:textId="77777777" w:rsidR="00CF1688" w:rsidRDefault="008E5E77">
            <w:pPr>
              <w:spacing w:line="259" w:lineRule="auto"/>
            </w:pPr>
            <w:r>
              <w:rPr>
                <w:color w:val="172C47"/>
              </w:rPr>
              <w:t>Červen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383CB2F2" w14:textId="77777777" w:rsidR="00CF1688" w:rsidRDefault="008E5E77">
            <w:pPr>
              <w:spacing w:line="259" w:lineRule="auto"/>
            </w:pPr>
            <w:r>
              <w:rPr>
                <w:color w:val="172C47"/>
              </w:rPr>
              <w:t>Zahradní slavnost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0BA9C4C2" w14:textId="77777777" w:rsidR="00CF1688" w:rsidRDefault="00CF1688">
            <w:pPr>
              <w:spacing w:line="259" w:lineRule="auto"/>
            </w:pPr>
          </w:p>
        </w:tc>
      </w:tr>
    </w:tbl>
    <w:p w14:paraId="699A54C8" w14:textId="77777777" w:rsidR="00CF1688" w:rsidRDefault="008E5E77">
      <w:pPr>
        <w:spacing w:before="260" w:after="120"/>
      </w:pPr>
      <w:r>
        <w:t>Průběžně řešíme problémy, se kterými přicházejí zástupci ze svých tříd.</w:t>
      </w:r>
    </w:p>
    <w:p w14:paraId="60B36242" w14:textId="77777777" w:rsidR="00CF1688" w:rsidRDefault="008E5E77">
      <w:r>
        <w:t>Programové změny jsou vyhrazeny.</w:t>
      </w:r>
    </w:p>
    <w:sectPr w:rsidR="00CF1688" w:rsidSect="00034616">
      <w:pgSz w:w="11906" w:h="16838"/>
      <w:pgMar w:top="737" w:right="1134" w:bottom="73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4420267">
    <w:abstractNumId w:val="8"/>
  </w:num>
  <w:num w:numId="2" w16cid:durableId="114567405">
    <w:abstractNumId w:val="6"/>
  </w:num>
  <w:num w:numId="3" w16cid:durableId="1823961712">
    <w:abstractNumId w:val="5"/>
  </w:num>
  <w:num w:numId="4" w16cid:durableId="77092974">
    <w:abstractNumId w:val="4"/>
  </w:num>
  <w:num w:numId="5" w16cid:durableId="764155216">
    <w:abstractNumId w:val="7"/>
  </w:num>
  <w:num w:numId="6" w16cid:durableId="1146896522">
    <w:abstractNumId w:val="3"/>
  </w:num>
  <w:num w:numId="7" w16cid:durableId="362294258">
    <w:abstractNumId w:val="2"/>
  </w:num>
  <w:num w:numId="8" w16cid:durableId="1700661446">
    <w:abstractNumId w:val="1"/>
  </w:num>
  <w:num w:numId="9" w16cid:durableId="1416706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7E49"/>
    <w:rsid w:val="0029639D"/>
    <w:rsid w:val="00326F90"/>
    <w:rsid w:val="008E5E77"/>
    <w:rsid w:val="00AA1D8D"/>
    <w:rsid w:val="00B47730"/>
    <w:rsid w:val="00CB0664"/>
    <w:rsid w:val="00CF1688"/>
    <w:rsid w:val="00DF049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F154E5"/>
  <w14:defaultImageDpi w14:val="300"/>
  <w15:docId w15:val="{59F8CD03-A574-4422-8165-13F292B05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0"/>
    </w:pPr>
    <w:rPr>
      <w:rFonts w:ascii="Calibri" w:hAnsi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Kůdelová Martina</cp:lastModifiedBy>
  <cp:revision>3</cp:revision>
  <dcterms:created xsi:type="dcterms:W3CDTF">2026-11-01T17:24:00Z</dcterms:created>
  <dcterms:modified xsi:type="dcterms:W3CDTF">2026-11-01T17:24:00Z</dcterms:modified>
  <cp:category/>
</cp:coreProperties>
</file>